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92ADA" w14:textId="6E2752BD" w:rsidR="00F87734" w:rsidRPr="008E2F48" w:rsidRDefault="00144977">
      <w:pPr>
        <w:jc w:val="center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b/>
          <w:sz w:val="24"/>
          <w:szCs w:val="24"/>
        </w:rPr>
        <w:t xml:space="preserve">Powiatowa Poradnia Psychologiczno-Pedagogiczna </w:t>
      </w:r>
    </w:p>
    <w:p w14:paraId="74CDC05D" w14:textId="77777777" w:rsidR="00F87734" w:rsidRPr="008E2F48" w:rsidRDefault="00144977">
      <w:pPr>
        <w:jc w:val="center"/>
        <w:rPr>
          <w:rFonts w:ascii="Times New Roman" w:hAnsi="Times New Roman" w:cs="Times New Roman"/>
        </w:rPr>
      </w:pPr>
      <w:r w:rsidRPr="008E2F48">
        <w:rPr>
          <w:rFonts w:ascii="Times New Roman" w:hAnsi="Times New Roman" w:cs="Times New Roman"/>
          <w:b/>
          <w:sz w:val="28"/>
        </w:rPr>
        <w:t>REGULAMIN POWIATOWEGO KONKURSU PLASTYCZNEGO</w:t>
      </w:r>
    </w:p>
    <w:p w14:paraId="1459A174" w14:textId="77777777" w:rsidR="00F87734" w:rsidRPr="008E2F48" w:rsidRDefault="00144977">
      <w:pPr>
        <w:jc w:val="center"/>
        <w:rPr>
          <w:rFonts w:ascii="Times New Roman" w:hAnsi="Times New Roman" w:cs="Times New Roman"/>
        </w:rPr>
      </w:pPr>
      <w:r w:rsidRPr="008E2F48">
        <w:rPr>
          <w:rFonts w:ascii="Times New Roman" w:hAnsi="Times New Roman" w:cs="Times New Roman"/>
          <w:b/>
          <w:sz w:val="26"/>
        </w:rPr>
        <w:t>„MOJE DZIECIŃSTWO – MÓJ BEZPIECZNY ŚWIAT”</w:t>
      </w:r>
    </w:p>
    <w:p w14:paraId="4D93A7BF" w14:textId="77777777" w:rsidR="00F87734" w:rsidRPr="008E2F48" w:rsidRDefault="00144977" w:rsidP="008E2F48">
      <w:pPr>
        <w:spacing w:after="0"/>
        <w:jc w:val="center"/>
        <w:rPr>
          <w:rFonts w:ascii="Times New Roman" w:hAnsi="Times New Roman" w:cs="Times New Roman"/>
        </w:rPr>
      </w:pPr>
      <w:r w:rsidRPr="008E2F48">
        <w:rPr>
          <w:rFonts w:ascii="Times New Roman" w:hAnsi="Times New Roman" w:cs="Times New Roman"/>
          <w:i/>
        </w:rPr>
        <w:t>Konkurs dla uczniów klas VI–VIII szkoły podstawowej</w:t>
      </w:r>
    </w:p>
    <w:p w14:paraId="3497249A" w14:textId="77777777" w:rsidR="00F87734" w:rsidRPr="008E2F48" w:rsidRDefault="00144977" w:rsidP="008E2F48">
      <w:pPr>
        <w:pStyle w:val="Nagwek2"/>
        <w:spacing w:before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§ 1. Organizator</w:t>
      </w:r>
    </w:p>
    <w:p w14:paraId="2563F619" w14:textId="781A9454" w:rsidR="00F87734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Organizatorem konkursu jest Powiatowa Poradnia Psychologiczno-Pedagogiczna w Wałbrzychu, ul. Aleja Wyzwolenia 20–24, 58-300 Wałbrzych, dalej zwana „Organizatorem” lub „Poradnią”.</w:t>
      </w:r>
    </w:p>
    <w:p w14:paraId="2EB94AC2" w14:textId="77777777" w:rsidR="008E2F48" w:rsidRPr="008E2F48" w:rsidRDefault="008E2F48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E4E1DF" w14:textId="77777777" w:rsidR="00F87734" w:rsidRPr="008E2F48" w:rsidRDefault="00144977" w:rsidP="008E2F48">
      <w:pPr>
        <w:pStyle w:val="Nagwek2"/>
        <w:spacing w:before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§ 2. Uczestnicy</w:t>
      </w:r>
    </w:p>
    <w:p w14:paraId="15B9D1C0" w14:textId="77777777" w:rsidR="00F87734" w:rsidRPr="008E2F48" w:rsidRDefault="00144977" w:rsidP="008E2F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1. Konkurs jest przeznaczony dla uczniów klas VI–VIII szkół podstawowych.</w:t>
      </w:r>
    </w:p>
    <w:p w14:paraId="14B06CE6" w14:textId="77777777" w:rsidR="00F87734" w:rsidRPr="008E2F48" w:rsidRDefault="00144977" w:rsidP="008E2F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2. Prace konkursowe należy wykonać indywidualnie i samodzielnie.</w:t>
      </w:r>
    </w:p>
    <w:p w14:paraId="4F4E653B" w14:textId="7770098B" w:rsidR="00F87734" w:rsidRDefault="00144977" w:rsidP="008E2F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 xml:space="preserve">3. Udział w konkursie jest dobrowolny. W przypadku </w:t>
      </w:r>
      <w:r w:rsidR="008E2F48" w:rsidRPr="008E2F48">
        <w:rPr>
          <w:rFonts w:ascii="Times New Roman" w:hAnsi="Times New Roman" w:cs="Times New Roman"/>
          <w:sz w:val="24"/>
          <w:szCs w:val="24"/>
        </w:rPr>
        <w:t xml:space="preserve">uczniów </w:t>
      </w:r>
      <w:r w:rsidRPr="008E2F48">
        <w:rPr>
          <w:rFonts w:ascii="Times New Roman" w:hAnsi="Times New Roman" w:cs="Times New Roman"/>
          <w:sz w:val="24"/>
          <w:szCs w:val="24"/>
        </w:rPr>
        <w:t>wymagana jest zgoda rodzica lub opiekuna prawnego, zgodnie z kartą zgłoszenia.</w:t>
      </w:r>
    </w:p>
    <w:p w14:paraId="202B004D" w14:textId="77777777" w:rsidR="008E2F48" w:rsidRPr="008E2F48" w:rsidRDefault="008E2F48" w:rsidP="008E2F4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8E72AF" w14:textId="77777777" w:rsidR="00F87734" w:rsidRPr="008E2F48" w:rsidRDefault="00144977" w:rsidP="008E2F48">
      <w:pPr>
        <w:pStyle w:val="Nagwek2"/>
        <w:spacing w:before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§ 3. Temat i cele konkursu</w:t>
      </w:r>
    </w:p>
    <w:p w14:paraId="2CD26CC8" w14:textId="09DAD2C2" w:rsidR="00F87734" w:rsidRPr="008E2F48" w:rsidRDefault="008E2F48" w:rsidP="008E2F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8E2F4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44977" w:rsidRPr="008E2F48">
        <w:rPr>
          <w:rFonts w:ascii="Times New Roman" w:hAnsi="Times New Roman" w:cs="Times New Roman"/>
          <w:b/>
          <w:bCs/>
          <w:sz w:val="24"/>
          <w:szCs w:val="24"/>
        </w:rPr>
        <w:t>Temat konkursu brzmi: „Moje dzieciństwo – mój bezpieczny świat”.</w:t>
      </w:r>
    </w:p>
    <w:p w14:paraId="16416D8A" w14:textId="77777777" w:rsidR="008E2F48" w:rsidRPr="008E2F48" w:rsidRDefault="008E2F48" w:rsidP="008E2F4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1FA3F9E4" w14:textId="2AD40EAE" w:rsidR="00F87734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2. Zadaniem uczestnika jest wykonanie autorskiej pracy plastycznej przedstawiającej bezpieczne, pełne szacunku i wolne od przemocy dzieciństwo. Praca może ukazywać m.in. relacje oparte na zaufaniu, przyjaźń, wsparcie dorosłych, prawa dziecka, sposoby szukania pomocy oraz sytuacje, w których dzieci czują się bezpiecznie.</w:t>
      </w:r>
    </w:p>
    <w:p w14:paraId="2443F783" w14:textId="77777777" w:rsidR="008E2F48" w:rsidRPr="008E2F48" w:rsidRDefault="008E2F48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B6735F" w14:textId="47D7A1FD" w:rsidR="00F87734" w:rsidRDefault="00144977" w:rsidP="008E2F4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F48">
        <w:rPr>
          <w:rFonts w:ascii="Times New Roman" w:hAnsi="Times New Roman" w:cs="Times New Roman"/>
          <w:b/>
          <w:bCs/>
          <w:sz w:val="24"/>
          <w:szCs w:val="24"/>
        </w:rPr>
        <w:t>3. Konkurs organizowany jest w ramach</w:t>
      </w:r>
      <w:r w:rsidR="008E2F48" w:rsidRPr="008E2F48">
        <w:rPr>
          <w:rFonts w:ascii="Times New Roman" w:hAnsi="Times New Roman" w:cs="Times New Roman"/>
          <w:b/>
          <w:bCs/>
          <w:sz w:val="24"/>
          <w:szCs w:val="24"/>
        </w:rPr>
        <w:t xml:space="preserve"> udziału Poradni w</w:t>
      </w:r>
      <w:r w:rsidRPr="008E2F48">
        <w:rPr>
          <w:rFonts w:ascii="Times New Roman" w:hAnsi="Times New Roman" w:cs="Times New Roman"/>
          <w:b/>
          <w:bCs/>
          <w:sz w:val="24"/>
          <w:szCs w:val="24"/>
        </w:rPr>
        <w:t xml:space="preserve"> Ogólnopolskiej Kampanii „Dzieciństwo bez przemocy”, której organizatorem jest Fundacja Dajemy Dzieciom Siłę.</w:t>
      </w:r>
    </w:p>
    <w:p w14:paraId="366E44A5" w14:textId="65A22AA9" w:rsidR="00564D70" w:rsidRPr="008E2F48" w:rsidRDefault="00564D70" w:rsidP="008E2F4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4D70">
        <w:rPr>
          <w:rFonts w:ascii="Times New Roman" w:hAnsi="Times New Roman" w:cs="Times New Roman"/>
          <w:b/>
          <w:bCs/>
          <w:sz w:val="24"/>
          <w:szCs w:val="24"/>
        </w:rPr>
        <w:t>#DzieciństwobezPrzemocy #DBP2026 #19listopada</w:t>
      </w:r>
    </w:p>
    <w:p w14:paraId="0DF3A87C" w14:textId="77777777" w:rsidR="008E2F48" w:rsidRPr="008E2F48" w:rsidRDefault="008E2F48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74F1A9" w14:textId="77777777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4. Cele konkursu:</w:t>
      </w:r>
    </w:p>
    <w:p w14:paraId="7B679477" w14:textId="77777777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• promowanie dzieciństwa wolnego od przemocy oraz budowanie świadomości, że każde dziecko ma prawo do bezpieczeństwa i szacunku;</w:t>
      </w:r>
    </w:p>
    <w:p w14:paraId="4FB7A2A6" w14:textId="77777777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• rozwijanie empatii, wrażliwości i odpowiedzialności za siebie oraz innych;</w:t>
      </w:r>
    </w:p>
    <w:p w14:paraId="52E7993D" w14:textId="77777777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• zachęcanie dzieci i młodzieży do wyrażania emocji i refleksji poprzez sztukę;</w:t>
      </w:r>
    </w:p>
    <w:p w14:paraId="19EE9852" w14:textId="77777777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• rozwijanie kreatywności, wyobraźni i umiejętności plastycznych;</w:t>
      </w:r>
    </w:p>
    <w:p w14:paraId="71564F7D" w14:textId="77777777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• promowanie postaw opartych na życzliwości, wsparciu i reagowaniu na krzywdę.</w:t>
      </w:r>
    </w:p>
    <w:p w14:paraId="1734561D" w14:textId="77777777" w:rsidR="00F87734" w:rsidRPr="008E2F48" w:rsidRDefault="00144977" w:rsidP="008E2F48">
      <w:pPr>
        <w:pStyle w:val="Nagwek2"/>
        <w:spacing w:before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§ 4. Forma i wymagania dotyczące pracy</w:t>
      </w:r>
    </w:p>
    <w:p w14:paraId="4DD858FF" w14:textId="77777777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1. Praca powinna być płaską pracą plastyczną wykonaną dowolną techniką, np. rysunkiem, malarstwem, kolażem lub techniką mieszaną.</w:t>
      </w:r>
    </w:p>
    <w:p w14:paraId="7FDB0CE5" w14:textId="77777777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2. Praca musi być związana z tematem konkursu i przedstawiać własną interpretację hasła „Moje dzieciństwo – mój bezpieczny świat”.</w:t>
      </w:r>
    </w:p>
    <w:p w14:paraId="118A9A5D" w14:textId="77777777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3. Format pracy nie może przekraczać A3.</w:t>
      </w:r>
    </w:p>
    <w:p w14:paraId="0D50AE4A" w14:textId="77777777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lastRenderedPageBreak/>
        <w:t>4. Praca powinna być wykonana samodzielnie przez uczestnika, czytelna, estetyczna i trwała. Nie należy zgłaszać prac wykonanych w całości przez inne osoby ani prac naruszających prawa osób trzecich.</w:t>
      </w:r>
    </w:p>
    <w:p w14:paraId="6B3B11D1" w14:textId="38F37D70" w:rsidR="00F87734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5. Na przedniej stronie pracy nie należy umieszczać imienia i nazwiska autora. Do pracy należy dołączyć wypełnioną metryczkę (załącznik nr 2), a do zgłoszenia kartę zgłoszenia (załącznik nr 1).</w:t>
      </w:r>
    </w:p>
    <w:p w14:paraId="70200570" w14:textId="77777777" w:rsidR="008E2F48" w:rsidRPr="008E2F48" w:rsidRDefault="008E2F48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275CF6" w14:textId="77777777" w:rsidR="00F87734" w:rsidRPr="008E2F48" w:rsidRDefault="00144977" w:rsidP="008E2F48">
      <w:pPr>
        <w:pStyle w:val="Nagwek2"/>
        <w:spacing w:before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§ 5. Zgłaszanie prac</w:t>
      </w:r>
    </w:p>
    <w:p w14:paraId="052621B6" w14:textId="326FA532" w:rsidR="00F87734" w:rsidRPr="008E2F48" w:rsidRDefault="008E2F48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44977" w:rsidRPr="008E2F48">
        <w:rPr>
          <w:rFonts w:ascii="Times New Roman" w:hAnsi="Times New Roman" w:cs="Times New Roman"/>
          <w:sz w:val="24"/>
          <w:szCs w:val="24"/>
        </w:rPr>
        <w:t>Prace należy dostarczyć osobiście</w:t>
      </w:r>
      <w:r w:rsidRPr="008E2F48">
        <w:rPr>
          <w:rFonts w:ascii="Times New Roman" w:hAnsi="Times New Roman" w:cs="Times New Roman"/>
          <w:sz w:val="24"/>
          <w:szCs w:val="24"/>
        </w:rPr>
        <w:t xml:space="preserve"> lub drogą pocztową (decyduje data odbioru listu/paczki)</w:t>
      </w:r>
      <w:r w:rsidR="00144977" w:rsidRPr="008E2F48">
        <w:rPr>
          <w:rFonts w:ascii="Times New Roman" w:hAnsi="Times New Roman" w:cs="Times New Roman"/>
          <w:b/>
          <w:bCs/>
          <w:sz w:val="24"/>
          <w:szCs w:val="24"/>
        </w:rPr>
        <w:t xml:space="preserve"> do sekretariatu Poradni pod adresem: Powiatowa Poradnia Psychologiczno-Pedagogiczna w Wałbrzychu, ul. Aleja Wyzwolenia 20–24, 58-300 Wałbrzych.</w:t>
      </w:r>
    </w:p>
    <w:p w14:paraId="4D3A370E" w14:textId="77777777" w:rsidR="008E2F48" w:rsidRPr="008E2F48" w:rsidRDefault="008E2F48" w:rsidP="008E2F48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E7FC84" w14:textId="00213F91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F48">
        <w:rPr>
          <w:rFonts w:ascii="Times New Roman" w:hAnsi="Times New Roman" w:cs="Times New Roman"/>
          <w:b/>
          <w:bCs/>
          <w:sz w:val="24"/>
          <w:szCs w:val="24"/>
        </w:rPr>
        <w:t>2. Termin składania prac upływa 17 listopada 2026 r.</w:t>
      </w:r>
    </w:p>
    <w:p w14:paraId="16904D55" w14:textId="77777777" w:rsidR="008E2F48" w:rsidRPr="008E2F48" w:rsidRDefault="008E2F48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CF0CAD" w14:textId="77777777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3. Do pracy należy dołączyć czytelnie wypełnioną kartę zgłoszenia oraz metryczkę. Brak wymaganych dokumentów może skutkować niedopuszczeniem pracy do konkursu.</w:t>
      </w:r>
    </w:p>
    <w:p w14:paraId="7A260F94" w14:textId="425D0B43" w:rsidR="00F87734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4. Zgłoszenie pracy oznacza akceptację niniejszego regulaminu przez uczestnika oraz – w przypadku osoby niepełnoletniej – rodzica lub opiekuna prawnego.</w:t>
      </w:r>
    </w:p>
    <w:p w14:paraId="0685E92D" w14:textId="77777777" w:rsidR="008E2F48" w:rsidRPr="008E2F48" w:rsidRDefault="008E2F48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308C97" w14:textId="77777777" w:rsidR="00F87734" w:rsidRPr="008E2F48" w:rsidRDefault="00144977" w:rsidP="008E2F48">
      <w:pPr>
        <w:pStyle w:val="Nagwek2"/>
        <w:spacing w:before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§ 6. Kryteria oceny</w:t>
      </w:r>
    </w:p>
    <w:p w14:paraId="5E8E3F04" w14:textId="77777777" w:rsidR="00F87734" w:rsidRPr="008E2F48" w:rsidRDefault="00144977" w:rsidP="008E2F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Oceny prac dokona komisja powołana przez Organizatora, biorąc pod uwagę:</w:t>
      </w:r>
    </w:p>
    <w:p w14:paraId="12146535" w14:textId="77777777" w:rsidR="00F87734" w:rsidRPr="008E2F48" w:rsidRDefault="00144977" w:rsidP="008E2F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• zgodność pracy z tematem konkursu;</w:t>
      </w:r>
    </w:p>
    <w:p w14:paraId="337B532F" w14:textId="77777777" w:rsidR="00F87734" w:rsidRPr="008E2F48" w:rsidRDefault="00144977" w:rsidP="008E2F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• pomysłowość i oryginalność ujęcia tematu;</w:t>
      </w:r>
    </w:p>
    <w:p w14:paraId="1D32FD01" w14:textId="77777777" w:rsidR="00F87734" w:rsidRPr="008E2F48" w:rsidRDefault="00144977" w:rsidP="008E2F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• siłę i czytelność przekazu;</w:t>
      </w:r>
    </w:p>
    <w:p w14:paraId="4820DB6A" w14:textId="77777777" w:rsidR="00F87734" w:rsidRPr="008E2F48" w:rsidRDefault="00144977" w:rsidP="008E2F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• walory artystyczne i kreatywne wykorzystanie techniki plastycznej;</w:t>
      </w:r>
    </w:p>
    <w:p w14:paraId="2F8E595C" w14:textId="0C337612" w:rsidR="00F87734" w:rsidRDefault="00144977" w:rsidP="008E2F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• estetykę oraz staranność wykonania.</w:t>
      </w:r>
    </w:p>
    <w:p w14:paraId="2D455420" w14:textId="77777777" w:rsidR="008E2F48" w:rsidRPr="008E2F48" w:rsidRDefault="008E2F48" w:rsidP="008E2F4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06EED3" w14:textId="77777777" w:rsidR="00F87734" w:rsidRPr="008E2F48" w:rsidRDefault="00144977" w:rsidP="008E2F48">
      <w:pPr>
        <w:pStyle w:val="Nagwek2"/>
        <w:spacing w:before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§ 7. Nagrody i rozstrzygnięcie</w:t>
      </w:r>
    </w:p>
    <w:p w14:paraId="3C04C44F" w14:textId="77777777" w:rsidR="00F87734" w:rsidRPr="008E2F48" w:rsidRDefault="00144977" w:rsidP="008E2F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1. Organizator przewiduje nagrody za zajęcie I, II i III miejsca oraz możliwość przyznania wyróżnień.</w:t>
      </w:r>
    </w:p>
    <w:p w14:paraId="1DEBD243" w14:textId="77777777" w:rsidR="00F87734" w:rsidRPr="008E2F48" w:rsidRDefault="00144977" w:rsidP="008E2F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2. Informacja o wynikach konkursu zostanie opublikowana na stronie internetowej Poradni oraz na jej profilu na Facebooku.</w:t>
      </w:r>
    </w:p>
    <w:p w14:paraId="7AEE0A5C" w14:textId="77777777" w:rsidR="00F87734" w:rsidRPr="008E2F48" w:rsidRDefault="00144977" w:rsidP="008E2F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3. Decyzja komisji konkursowej jest ostateczna i nie przysługuje od niej odwołanie.</w:t>
      </w:r>
    </w:p>
    <w:p w14:paraId="19106A34" w14:textId="77777777" w:rsidR="00F87734" w:rsidRPr="008E2F48" w:rsidRDefault="00144977" w:rsidP="008E2F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4. Laureaci lub ich opiekunowie zostaną poinformowani o wynikach za pośrednictwem danych kontaktowych podanych w karcie zgłoszenia.</w:t>
      </w:r>
    </w:p>
    <w:p w14:paraId="25C70D42" w14:textId="77777777" w:rsidR="00F87734" w:rsidRPr="008E2F48" w:rsidRDefault="00144977" w:rsidP="008E2F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 xml:space="preserve">5. </w:t>
      </w:r>
      <w:r w:rsidRPr="008E2F48">
        <w:rPr>
          <w:rFonts w:ascii="Times New Roman" w:hAnsi="Times New Roman" w:cs="Times New Roman"/>
          <w:b/>
          <w:bCs/>
          <w:sz w:val="24"/>
          <w:szCs w:val="24"/>
        </w:rPr>
        <w:t>Wręczenie nagród odbędzie się 19 listopada 2026 r. o godz. 11:30 w siedzibie Powiatowej Poradni Psychologiczno-Pedagogicznej w Wałbrzychu, ul. Aleja Wyzwolenia 20–24, 58-300 Wałbrzych (budynek Starostwa Powiatowego, I piętro).</w:t>
      </w:r>
    </w:p>
    <w:p w14:paraId="60545193" w14:textId="5B456E47" w:rsidR="00F87734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6. Osoby, które nie będą mogły uczestniczyć w uroczystości wręczenia nagród, proszone są o odbiór nagród w innym dniu w sekretariacie Poradni.</w:t>
      </w:r>
    </w:p>
    <w:p w14:paraId="11A4707D" w14:textId="77777777" w:rsidR="008E2F48" w:rsidRPr="008E2F48" w:rsidRDefault="008E2F48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CA61E0" w14:textId="77777777" w:rsidR="00F87734" w:rsidRPr="008E2F48" w:rsidRDefault="00144977" w:rsidP="008E2F48">
      <w:pPr>
        <w:pStyle w:val="Nagwek2"/>
        <w:spacing w:before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§ 8. Prawa do prac i publikacja</w:t>
      </w:r>
    </w:p>
    <w:p w14:paraId="7819904F" w14:textId="77777777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1. Uczestnik oświadcza, że zgłoszona praca jest jego autorstwa i nie narusza praw osób trzecich.</w:t>
      </w:r>
    </w:p>
    <w:p w14:paraId="07C220E9" w14:textId="77777777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lastRenderedPageBreak/>
        <w:t>2. Organizator może prezentować prace konkursowe w celach informacyjnych, edukacyjnych i promocyjnych związanych z działalnością Poradni i konkursem, z poszanowaniem praw autorskich oraz przepisów o ochronie danych osobowych.</w:t>
      </w:r>
    </w:p>
    <w:p w14:paraId="3D754803" w14:textId="7446EA90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3. Publikacja pracy wraz z danymi pozwalającymi zidentyfikować autora, wizerunku autora lub wykorzystanie pracy w zakresie wykraczającym poza dozwolone prawem wymaga uzyskania odpowiednich zgód od rodzica lub opiekuna prawnego oraz – stosownie do wieku – uczestnika.</w:t>
      </w:r>
      <w:r w:rsidR="008E2F48" w:rsidRPr="008E2F48">
        <w:rPr>
          <w:rFonts w:ascii="Times New Roman" w:hAnsi="Times New Roman" w:cs="Times New Roman"/>
          <w:sz w:val="24"/>
          <w:szCs w:val="24"/>
        </w:rPr>
        <w:t xml:space="preserve"> Zgodą jest podpisanie przez rodzica karty zgłoszenia do konkursu. </w:t>
      </w:r>
    </w:p>
    <w:p w14:paraId="57586BDD" w14:textId="0FAD5286" w:rsidR="00F87734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4. Złożenie pracy oznacza przeniesieni</w:t>
      </w:r>
      <w:r w:rsidR="008E2F48" w:rsidRPr="008E2F48">
        <w:rPr>
          <w:rFonts w:ascii="Times New Roman" w:hAnsi="Times New Roman" w:cs="Times New Roman"/>
          <w:sz w:val="24"/>
          <w:szCs w:val="24"/>
        </w:rPr>
        <w:t>e</w:t>
      </w:r>
      <w:r w:rsidRPr="008E2F48">
        <w:rPr>
          <w:rFonts w:ascii="Times New Roman" w:hAnsi="Times New Roman" w:cs="Times New Roman"/>
          <w:sz w:val="24"/>
          <w:szCs w:val="24"/>
        </w:rPr>
        <w:t xml:space="preserve"> na Organizatora </w:t>
      </w:r>
      <w:r w:rsidR="008E2F48">
        <w:rPr>
          <w:rFonts w:ascii="Times New Roman" w:hAnsi="Times New Roman" w:cs="Times New Roman"/>
          <w:sz w:val="24"/>
          <w:szCs w:val="24"/>
        </w:rPr>
        <w:t xml:space="preserve">pełnych praw </w:t>
      </w:r>
      <w:r w:rsidRPr="008E2F48">
        <w:rPr>
          <w:rFonts w:ascii="Times New Roman" w:hAnsi="Times New Roman" w:cs="Times New Roman"/>
          <w:sz w:val="24"/>
          <w:szCs w:val="24"/>
        </w:rPr>
        <w:t>autorskich do pracy.</w:t>
      </w:r>
    </w:p>
    <w:p w14:paraId="07439408" w14:textId="77777777" w:rsidR="008E2F48" w:rsidRPr="008E2F48" w:rsidRDefault="008E2F48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2ECFC7" w14:textId="77777777" w:rsidR="00F87734" w:rsidRPr="008E2F48" w:rsidRDefault="00144977" w:rsidP="008E2F48">
      <w:pPr>
        <w:pStyle w:val="Nagwek2"/>
        <w:spacing w:before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§ 9. Ochrona danych osobowych</w:t>
      </w:r>
    </w:p>
    <w:p w14:paraId="7CE604F8" w14:textId="77777777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1. Administratorem danych osobowych uczestników konkursu oraz ich rodziców lub opiekunów prawnych jest Powiatowa Poradnia Psychologiczno-Pedagogiczna w Wałbrzychu, ul. Aleja Wyzwolenia 20–24, 58-300 Wałbrzych.</w:t>
      </w:r>
    </w:p>
    <w:p w14:paraId="1F598BB7" w14:textId="77777777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2. Dane będą przetwarzane w zakresie niezbędnym do organizacji, przeprowadzenia i rozstrzygnięcia konkursu, kontaktu z uczestnikami lub ich opiekunami prawnymi oraz przekazania nagród.</w:t>
      </w:r>
    </w:p>
    <w:p w14:paraId="4951BB6E" w14:textId="4692B6F8" w:rsidR="00F87734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3. Dane osobowe będą przetwarzane zgodnie z obowiązującymi przepisami o ochronie danych osobowych, w tym RODO. Szczegółowe informacje dotyczące przetwarzania danych powinny zostać przekazane uczestnikom i ich opiekunom w karcie zgłoszenia lub odrębnej klauzuli informacyjnej.</w:t>
      </w:r>
    </w:p>
    <w:p w14:paraId="05822D8D" w14:textId="77777777" w:rsidR="008E2F48" w:rsidRPr="008E2F48" w:rsidRDefault="008E2F48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903D88" w14:textId="77777777" w:rsidR="00F87734" w:rsidRPr="008E2F48" w:rsidRDefault="00144977" w:rsidP="008E2F48">
      <w:pPr>
        <w:pStyle w:val="Nagwek2"/>
        <w:spacing w:before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§ 10. Postanowienia końcowe</w:t>
      </w:r>
    </w:p>
    <w:p w14:paraId="3B956AB1" w14:textId="77777777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1. Prace niespełniające warunków regulaminu lub dostarczone po terminie mogą nie zostać zakwalifikowane do konkursu.</w:t>
      </w:r>
    </w:p>
    <w:p w14:paraId="6E2ACB6F" w14:textId="77777777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2. Organizator zastrzega sobie prawo do rozstrzygania kwestii nieujętych w regulaminie.</w:t>
      </w:r>
    </w:p>
    <w:p w14:paraId="7ACB57EF" w14:textId="77777777" w:rsidR="00F87734" w:rsidRPr="008E2F48" w:rsidRDefault="00144977" w:rsidP="008E2F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3. Szczegółowych informacji dotyczących konkursu udziela pedagog Marta Zarzeczna, e-mail: mzarzeczna@pppp.walbrzych.pl.</w:t>
      </w:r>
    </w:p>
    <w:p w14:paraId="65F95A57" w14:textId="77777777" w:rsidR="00F87734" w:rsidRDefault="00144977">
      <w:r>
        <w:br w:type="page"/>
      </w:r>
    </w:p>
    <w:p w14:paraId="2A0BB8D0" w14:textId="77777777" w:rsidR="00F87734" w:rsidRPr="008E2F48" w:rsidRDefault="00144977">
      <w:pPr>
        <w:jc w:val="center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b/>
          <w:sz w:val="24"/>
          <w:szCs w:val="24"/>
        </w:rPr>
        <w:lastRenderedPageBreak/>
        <w:t>ZAŁĄCZNIK NR 1</w:t>
      </w:r>
      <w:r w:rsidRPr="008E2F48">
        <w:rPr>
          <w:rFonts w:ascii="Times New Roman" w:hAnsi="Times New Roman" w:cs="Times New Roman"/>
          <w:b/>
          <w:sz w:val="24"/>
          <w:szCs w:val="24"/>
        </w:rPr>
        <w:br/>
        <w:t>KARTA ZGŁOSZENIA</w:t>
      </w:r>
    </w:p>
    <w:p w14:paraId="1EBDCB0C" w14:textId="77777777" w:rsidR="00F87734" w:rsidRPr="008E2F48" w:rsidRDefault="00144977">
      <w:pPr>
        <w:jc w:val="center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Powiatowy Konkurs Plastyczny „Moje dzieciństwo – mój bezpieczny świat”</w:t>
      </w:r>
    </w:p>
    <w:p w14:paraId="722349C6" w14:textId="77777777" w:rsidR="00F87734" w:rsidRPr="008E2F48" w:rsidRDefault="00144977">
      <w:pPr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Prosimy wypełnić czytelnie.</w:t>
      </w:r>
    </w:p>
    <w:p w14:paraId="4ED21688" w14:textId="77777777" w:rsidR="00F87734" w:rsidRPr="008E2F48" w:rsidRDefault="00144977">
      <w:pPr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Imię i nazwisko uczestnika: ................................................................................................</w:t>
      </w:r>
    </w:p>
    <w:p w14:paraId="6CB744EF" w14:textId="77777777" w:rsidR="00F87734" w:rsidRPr="008E2F48" w:rsidRDefault="00144977">
      <w:pPr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Nazwa szkoły (pełna): ........................................................................................................</w:t>
      </w:r>
    </w:p>
    <w:p w14:paraId="4DDC6362" w14:textId="77777777" w:rsidR="00F87734" w:rsidRPr="008E2F48" w:rsidRDefault="00144977">
      <w:pPr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Adres szkoły: ......................................................................................................................</w:t>
      </w:r>
    </w:p>
    <w:p w14:paraId="1ADD896F" w14:textId="77777777" w:rsidR="00F87734" w:rsidRPr="008E2F48" w:rsidRDefault="00144977">
      <w:pPr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Klasa: ............................   Wiek uczestnika: ............................</w:t>
      </w:r>
    </w:p>
    <w:p w14:paraId="3FEE3134" w14:textId="77777777" w:rsidR="00F87734" w:rsidRPr="008E2F48" w:rsidRDefault="00144977">
      <w:pPr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Tytuł pracy: ........................................................................................................................</w:t>
      </w:r>
    </w:p>
    <w:p w14:paraId="2FE2757A" w14:textId="77777777" w:rsidR="00F87734" w:rsidRPr="008E2F48" w:rsidRDefault="00144977">
      <w:pPr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Telefon rodzica/opiekuna: ...................................................................................................</w:t>
      </w:r>
    </w:p>
    <w:p w14:paraId="1DC19E24" w14:textId="77777777" w:rsidR="00F87734" w:rsidRPr="008E2F48" w:rsidRDefault="00144977">
      <w:pPr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Adres e-mail rodzica/opiekuna (opcjonalnie): .....................................................................</w:t>
      </w:r>
    </w:p>
    <w:p w14:paraId="27DC963C" w14:textId="77777777" w:rsidR="00F87734" w:rsidRPr="008E2F48" w:rsidRDefault="00144977" w:rsidP="008E2F48">
      <w:pPr>
        <w:jc w:val="both"/>
        <w:rPr>
          <w:rFonts w:ascii="Times New Roman" w:hAnsi="Times New Roman" w:cs="Times New Roman"/>
          <w:sz w:val="16"/>
          <w:szCs w:val="16"/>
        </w:rPr>
      </w:pPr>
      <w:r w:rsidRPr="008E2F48">
        <w:rPr>
          <w:rFonts w:ascii="Times New Roman" w:hAnsi="Times New Roman" w:cs="Times New Roman"/>
          <w:sz w:val="16"/>
          <w:szCs w:val="16"/>
        </w:rPr>
        <w:t>Administratorem danych osobowych jest Powiatowa Poradnia Psychologiczno-Pedagogiczna w Wałbrzychu. Dane będą wykorzystywane w celu organizacji, przeprowadzenia i rozstrzygnięcia konkursu, kontaktu z uczestnikiem lub opiekunem prawnym oraz przekazania nagród. Podanie danych niezbędnych do udziału w konkursie jest warunkiem uczestnictwa. Szczegółowe informacje o przetwarzaniu danych osobowych przekazuje Organizator.</w:t>
      </w:r>
    </w:p>
    <w:p w14:paraId="547C3664" w14:textId="77777777" w:rsidR="00F87734" w:rsidRPr="008E2F48" w:rsidRDefault="00144977">
      <w:pPr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Oświadczam, że zapoznałem/am się z regulaminem konkursu i akceptuję jego postanowienia.</w:t>
      </w:r>
    </w:p>
    <w:p w14:paraId="3C3F75D1" w14:textId="691683CE" w:rsidR="00F87734" w:rsidRDefault="00144977" w:rsidP="008E2F48">
      <w:pPr>
        <w:spacing w:after="0"/>
      </w:pPr>
      <w:r>
        <w:br/>
        <w:t xml:space="preserve">......................................................        </w:t>
      </w:r>
      <w:r w:rsidR="008E2F48">
        <w:t xml:space="preserve">                                                             </w:t>
      </w:r>
      <w:r>
        <w:t>......................................................</w:t>
      </w:r>
    </w:p>
    <w:p w14:paraId="6997A472" w14:textId="6DDD3C82" w:rsidR="00F87734" w:rsidRPr="008E2F48" w:rsidRDefault="00144977" w:rsidP="008E2F4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8E2F48">
        <w:rPr>
          <w:rFonts w:ascii="Times New Roman" w:hAnsi="Times New Roman" w:cs="Times New Roman"/>
          <w:sz w:val="16"/>
          <w:szCs w:val="16"/>
        </w:rPr>
        <w:t xml:space="preserve">(Data i podpis rodzica/opiekuna prawnego)       </w:t>
      </w:r>
      <w:r w:rsidR="008E2F48" w:rsidRPr="008E2F4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</w:t>
      </w:r>
      <w:r w:rsidR="008E2F4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</w:t>
      </w:r>
      <w:r w:rsidRPr="008E2F48">
        <w:rPr>
          <w:rFonts w:ascii="Times New Roman" w:hAnsi="Times New Roman" w:cs="Times New Roman"/>
          <w:sz w:val="16"/>
          <w:szCs w:val="16"/>
        </w:rPr>
        <w:t xml:space="preserve"> (Podpis uczestnika)</w:t>
      </w:r>
    </w:p>
    <w:p w14:paraId="798C9B3A" w14:textId="77777777" w:rsidR="00F87734" w:rsidRDefault="00144977">
      <w:r>
        <w:br w:type="page"/>
      </w:r>
    </w:p>
    <w:p w14:paraId="222BFCE7" w14:textId="77777777" w:rsidR="00F87734" w:rsidRPr="008E2F48" w:rsidRDefault="00144977">
      <w:pPr>
        <w:jc w:val="center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b/>
          <w:sz w:val="24"/>
          <w:szCs w:val="24"/>
        </w:rPr>
        <w:lastRenderedPageBreak/>
        <w:t>ZAŁĄCZNIK NR 2</w:t>
      </w:r>
      <w:r w:rsidRPr="008E2F48">
        <w:rPr>
          <w:rFonts w:ascii="Times New Roman" w:hAnsi="Times New Roman" w:cs="Times New Roman"/>
          <w:b/>
          <w:sz w:val="24"/>
          <w:szCs w:val="24"/>
        </w:rPr>
        <w:br/>
        <w:t>METRYCZKA DO PRACY</w:t>
      </w:r>
    </w:p>
    <w:p w14:paraId="0C91F513" w14:textId="77777777" w:rsidR="00F87734" w:rsidRPr="008E2F48" w:rsidRDefault="00144977">
      <w:pPr>
        <w:jc w:val="center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Powiatowy Konkurs Plastyczny „Moje dzieciństwo – mój bezpieczny świat”</w:t>
      </w:r>
    </w:p>
    <w:p w14:paraId="5673947F" w14:textId="77777777" w:rsidR="00F87734" w:rsidRPr="008E2F48" w:rsidRDefault="00144977">
      <w:pPr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Imię i nazwisko autora pracy: ..............................................................................................</w:t>
      </w:r>
    </w:p>
    <w:p w14:paraId="2B14A7A0" w14:textId="77777777" w:rsidR="00F87734" w:rsidRPr="008E2F48" w:rsidRDefault="00144977">
      <w:pPr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Nazwa szkoły (pełna): ........................................................................................................</w:t>
      </w:r>
    </w:p>
    <w:p w14:paraId="526F76A5" w14:textId="77777777" w:rsidR="00F87734" w:rsidRPr="008E2F48" w:rsidRDefault="00144977">
      <w:pPr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Adres szkoły: ......................................................................................................................</w:t>
      </w:r>
    </w:p>
    <w:p w14:paraId="192789C3" w14:textId="77777777" w:rsidR="00F87734" w:rsidRPr="008E2F48" w:rsidRDefault="00144977">
      <w:pPr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Klasa: ............................   Wiek autora: ............................</w:t>
      </w:r>
    </w:p>
    <w:p w14:paraId="1CDCADF2" w14:textId="77777777" w:rsidR="00F87734" w:rsidRPr="008E2F48" w:rsidRDefault="00144977">
      <w:pPr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t>Tytuł pracy: ........................................................................................................................</w:t>
      </w:r>
    </w:p>
    <w:p w14:paraId="5909E7EB" w14:textId="08444AC7" w:rsidR="00F87734" w:rsidRPr="008E2F48" w:rsidRDefault="00144977" w:rsidP="001A41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2F48">
        <w:rPr>
          <w:rFonts w:ascii="Times New Roman" w:hAnsi="Times New Roman" w:cs="Times New Roman"/>
          <w:sz w:val="24"/>
          <w:szCs w:val="24"/>
        </w:rPr>
        <w:br/>
        <w:t xml:space="preserve">......................................................       </w:t>
      </w:r>
      <w:r w:rsidR="001A41E1">
        <w:rPr>
          <w:rFonts w:ascii="Times New Roman" w:hAnsi="Times New Roman" w:cs="Times New Roman"/>
          <w:sz w:val="24"/>
          <w:szCs w:val="24"/>
        </w:rPr>
        <w:tab/>
      </w:r>
      <w:r w:rsidR="001A41E1">
        <w:rPr>
          <w:rFonts w:ascii="Times New Roman" w:hAnsi="Times New Roman" w:cs="Times New Roman"/>
          <w:sz w:val="24"/>
          <w:szCs w:val="24"/>
        </w:rPr>
        <w:tab/>
      </w:r>
      <w:r w:rsidRPr="008E2F48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</w:t>
      </w:r>
    </w:p>
    <w:p w14:paraId="6C12F564" w14:textId="48A182FF" w:rsidR="00F87734" w:rsidRPr="001A41E1" w:rsidRDefault="00144977" w:rsidP="001A41E1">
      <w:pPr>
        <w:spacing w:after="0"/>
        <w:rPr>
          <w:rFonts w:ascii="Times New Roman" w:hAnsi="Times New Roman" w:cs="Times New Roman"/>
          <w:sz w:val="16"/>
          <w:szCs w:val="16"/>
        </w:rPr>
      </w:pPr>
      <w:r w:rsidRPr="001A41E1">
        <w:rPr>
          <w:rFonts w:ascii="Times New Roman" w:hAnsi="Times New Roman" w:cs="Times New Roman"/>
          <w:sz w:val="16"/>
          <w:szCs w:val="16"/>
        </w:rPr>
        <w:t xml:space="preserve">(Data)                                                        </w:t>
      </w:r>
      <w:r w:rsidR="001A41E1" w:rsidRPr="001A41E1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1A41E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</w:t>
      </w:r>
      <w:r w:rsidRPr="001A41E1">
        <w:rPr>
          <w:rFonts w:ascii="Times New Roman" w:hAnsi="Times New Roman" w:cs="Times New Roman"/>
          <w:sz w:val="16"/>
          <w:szCs w:val="16"/>
        </w:rPr>
        <w:t>(Podpis rodzica/opiekuna prawnego)</w:t>
      </w:r>
    </w:p>
    <w:sectPr w:rsidR="00F87734" w:rsidRPr="001A41E1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49051" w14:textId="77777777" w:rsidR="00107C2C" w:rsidRDefault="00107C2C" w:rsidP="008E2F48">
      <w:pPr>
        <w:spacing w:after="0" w:line="240" w:lineRule="auto"/>
      </w:pPr>
      <w:r>
        <w:separator/>
      </w:r>
    </w:p>
  </w:endnote>
  <w:endnote w:type="continuationSeparator" w:id="0">
    <w:p w14:paraId="172B93A2" w14:textId="77777777" w:rsidR="00107C2C" w:rsidRDefault="00107C2C" w:rsidP="008E2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8503876"/>
      <w:docPartObj>
        <w:docPartGallery w:val="Page Numbers (Bottom of Page)"/>
        <w:docPartUnique/>
      </w:docPartObj>
    </w:sdtPr>
    <w:sdtEndPr/>
    <w:sdtContent>
      <w:p w14:paraId="50373050" w14:textId="2E0B4E97" w:rsidR="008E2F48" w:rsidRDefault="008E2F4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985BCAB" w14:textId="77777777" w:rsidR="008E2F48" w:rsidRDefault="008E2F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0FDA9" w14:textId="77777777" w:rsidR="00107C2C" w:rsidRDefault="00107C2C" w:rsidP="008E2F48">
      <w:pPr>
        <w:spacing w:after="0" w:line="240" w:lineRule="auto"/>
      </w:pPr>
      <w:r>
        <w:separator/>
      </w:r>
    </w:p>
  </w:footnote>
  <w:footnote w:type="continuationSeparator" w:id="0">
    <w:p w14:paraId="0DE51317" w14:textId="77777777" w:rsidR="00107C2C" w:rsidRDefault="00107C2C" w:rsidP="008E2F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39497D"/>
    <w:multiLevelType w:val="hybridMultilevel"/>
    <w:tmpl w:val="B330A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6C7163"/>
    <w:multiLevelType w:val="hybridMultilevel"/>
    <w:tmpl w:val="B3CAD6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7C2C"/>
    <w:rsid w:val="00144977"/>
    <w:rsid w:val="0015074B"/>
    <w:rsid w:val="001A41E1"/>
    <w:rsid w:val="0029639D"/>
    <w:rsid w:val="00326F90"/>
    <w:rsid w:val="00564D70"/>
    <w:rsid w:val="008E2F48"/>
    <w:rsid w:val="00AA1D8D"/>
    <w:rsid w:val="00B47730"/>
    <w:rsid w:val="00CB0664"/>
    <w:rsid w:val="00F877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32CD4C"/>
  <w14:defaultImageDpi w14:val="300"/>
  <w15:docId w15:val="{0A75FBF2-19C2-4D60-A007-45C48DE40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1279</Words>
  <Characters>7679</Characters>
  <Application>Microsoft Office Word</Application>
  <DocSecurity>0</DocSecurity>
  <Lines>63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MZARZECZNA</cp:lastModifiedBy>
  <cp:revision>3</cp:revision>
  <dcterms:created xsi:type="dcterms:W3CDTF">2013-12-23T23:15:00Z</dcterms:created>
  <dcterms:modified xsi:type="dcterms:W3CDTF">2026-10-28T13:53:00Z</dcterms:modified>
  <cp:category/>
</cp:coreProperties>
</file>